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שני קטעים, רעיון אחד – השוואה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השוואה בין שיר ("עץ בחורף") למאמר הגות ("מתחת לאדמה") סביב רעיון הצמיחה הסמויה.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40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(ז׳–ט׳)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https://masa-pnima-horef.sites.tab.bot/shiur.html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מתאים לשלב "העמקה" בשיעור המלא (עמוד מערך השיעור באתר).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משותף: רוב הצמיחה מתרחשת בפנים, לפני שרואים אותה.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צמיחה שקטה שמתרחשת בפנים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עץ בחורף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סוגה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שיר / מאמר הגות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מסתתר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הירוק והכוח בשורשים / פקעות ובצלים, מזון ומים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ביטוי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"שורשיו לוחשים" / "מחסנים" קטנים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בנו צומח בשקט / להיות סבלניים עם עצמנו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עמדה + נימוק מהקטע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קשר אישי + דימוי מתאים.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שני קטעים, רעיון אחד – השוואה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שני הקטעים באתר או בקובץ הקטעים, וענו.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משותף?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הרעיון המשותף לשני הקטעים?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צמיחה שקטה שמתרחשת בפנים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חשיבות השמש לצמחים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איך כורתים עצים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קטע הוא 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עץ בחורף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מתחת לאדמה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השוואה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השלימו.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עץ בחורף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מתחת לאדמה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סוגה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"מסתתר" בפנים?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ביטוי ציורי אחד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המסר לאדם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אני חושב/ת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איזה קטע דיבר אליכם יותר – השיר או המאמר?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משהו שצומח בכם בשקט, והשתמשו בדימוי מאחד הקטעים.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שני קטעים, רעיון אחד – השוואה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