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יומן המסע שלי פנימה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כתיבה רפלקטיבית יומית קצרה על עולם פנימי, חורף והאטה.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10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https://masa-pnima-horef.sites.tab.bot/yoman.html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מתאים ל"מעגל בוקר" או לחמש הדקות הראשונות של השיעור.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היומן אישי: המורה לא קוראת בלי רשות, ושיתוף רק מרצון.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לא נבדקת לציון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📔 יומן המסע שלי פנימה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בכל יום – כמה דקות של שקט, שאלה אחת וכמה שורות. אין תשובות נכונות.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שבוע של מסע פנימה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בכל יום 2–4 שורות. אפשר גם לצייר.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🌧️ יום 1 – הגשם הראשון: מה אני שומע/ת, רואה ומרגיש/ה כשיורד גשם?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🐢 יום 2 – האטה: רגע אחד היום שבו האטתי. מה גיליתי?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🔦 יום 3 – הפנס שלי: מה מאיר לי כשקשה?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🗣️ יום 4 – הקול השקט: מה הקול הטוב שבי היה אומר לי היום?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🌱 יום 5 – צומח בשקט: משהו קטן שהשתפר אצלי לאחרונה: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🔥 יום 6 – הגחלת: ממה אני מתלהב/ת? מה "נושף" עליי כוח?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✉️ יום 7 – מכתב קצר לעצמי: משפט אחד שהייתי רוצה לקרוא בעוד שנה: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מבט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בסוף השבוע: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גיליתי על עצמי השבוע?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על השבוע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שארצה לשמור: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😀 🙂 😐 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יומן המסע שלי פנימה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